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p>
      <w:pPr>
        <w:spacing w:after="160" w:before="0"/>
      </w:pPr>
      <w:r>
        <w:rPr>
          <w:b/>
          <w:i w:val="0"/>
          <w:sz w:val="26"/>
        </w:rPr>
        <w:t>Business Development Executive - job description</w:t>
      </w:r>
    </w:p>
    <w:p>
      <w:pPr>
        <w:spacing w:after="160" w:before="0"/>
      </w:pPr>
      <w:r>
        <w:rPr>
          <w:b w:val="0"/>
          <w:i w:val="0"/>
          <w:sz w:val="22"/>
        </w:rPr>
        <w:t>Job title: Business Development Executive</w:t>
      </w:r>
    </w:p>
    <w:p>
      <w:pPr>
        <w:spacing w:after="160" w:before="0"/>
      </w:pPr>
      <w:r>
        <w:rPr>
          <w:b w:val="0"/>
          <w:i w:val="0"/>
          <w:sz w:val="22"/>
        </w:rPr>
        <w:t>Reports to: [Business Development Manager / Founder]</w:t>
      </w:r>
    </w:p>
    <w:p>
      <w:pPr>
        <w:spacing w:after="160" w:before="0"/>
      </w:pPr>
      <w:r>
        <w:rPr>
          <w:b w:val="0"/>
          <w:i w:val="0"/>
          <w:sz w:val="22"/>
        </w:rPr>
        <w:t>Location: [City, and whether field, office or hybrid]</w:t>
      </w:r>
    </w:p>
    <w:p>
      <w:pPr>
        <w:spacing w:after="160" w:before="0"/>
      </w:pPr>
      <w:r>
        <w:rPr>
          <w:b w:val="0"/>
          <w:i w:val="0"/>
          <w:sz w:val="22"/>
        </w:rPr>
        <w:t>Experience: [0 to 3 years]</w:t>
      </w:r>
    </w:p>
    <w:p>
      <w:pPr>
        <w:spacing w:after="160" w:before="0"/>
      </w:pPr>
      <w:r>
        <w:rPr>
          <w:b w:val="0"/>
          <w:i w:val="0"/>
          <w:sz w:val="22"/>
        </w:rPr>
        <w:t>Languages: [English, Hindi and the local language]</w:t>
      </w:r>
    </w:p>
    <w:p>
      <w:pPr>
        <w:spacing w:after="160" w:before="0"/>
      </w:pPr>
      <w:r>
        <w:rPr>
          <w:b/>
          <w:i w:val="0"/>
          <w:sz w:val="26"/>
        </w:rPr>
        <w:t>Role summary</w:t>
      </w:r>
    </w:p>
    <w:p>
      <w:pPr>
        <w:spacing w:after="160" w:before="0"/>
      </w:pPr>
      <w:r>
        <w:rPr>
          <w:b w:val="0"/>
          <w:i w:val="0"/>
          <w:sz w:val="22"/>
        </w:rPr>
        <w:t>[Company] provides [product or service] to [type of customer]. The business development executive creates new business: finding the right prospects, starting conversations, understanding the need, booking meetings or demos, sending proposals and following up until the deal is won or handed to a senior colleague to close.</w:t>
      </w:r>
    </w:p>
    <w:p>
      <w:pPr>
        <w:spacing w:after="160" w:before="0"/>
      </w:pPr>
      <w:r>
        <w:rPr>
          <w:b/>
          <w:i w:val="0"/>
          <w:sz w:val="26"/>
        </w:rPr>
        <w:t>Responsibilities</w:t>
      </w:r>
    </w:p>
    <w:p>
      <w:pPr>
        <w:spacing w:after="20" w:before="0"/>
      </w:pPr>
      <w:r>
        <w:rPr>
          <w:b w:val="0"/>
          <w:i w:val="0"/>
          <w:sz w:val="22"/>
        </w:rPr>
        <w:t>- Build and maintain a list of target accounts that fit our ideal customer</w:t>
      </w:r>
    </w:p>
    <w:p>
      <w:pPr>
        <w:spacing w:after="20" w:before="0"/>
      </w:pPr>
      <w:r>
        <w:rPr>
          <w:b w:val="0"/>
          <w:i w:val="0"/>
          <w:sz w:val="22"/>
        </w:rPr>
        <w:t>- Reach out by call, email, LinkedIn and WhatsApp, and reply to inbound enquiries within [30 minutes]</w:t>
      </w:r>
    </w:p>
    <w:p>
      <w:pPr>
        <w:spacing w:after="20" w:before="0"/>
      </w:pPr>
      <w:r>
        <w:rPr>
          <w:b w:val="0"/>
          <w:i w:val="0"/>
          <w:sz w:val="22"/>
        </w:rPr>
        <w:t>- Qualify each prospect: need, budget, decision maker and timeline</w:t>
      </w:r>
    </w:p>
    <w:p>
      <w:pPr>
        <w:spacing w:after="20" w:before="0"/>
      </w:pPr>
      <w:r>
        <w:rPr>
          <w:b w:val="0"/>
          <w:i w:val="0"/>
          <w:sz w:val="22"/>
        </w:rPr>
        <w:t>- Book and run first meetings and product demos</w:t>
      </w:r>
    </w:p>
    <w:p>
      <w:pPr>
        <w:spacing w:after="20" w:before="0"/>
      </w:pPr>
      <w:r>
        <w:rPr>
          <w:b w:val="0"/>
          <w:i w:val="0"/>
          <w:sz w:val="22"/>
        </w:rPr>
        <w:t>- Prepare proposals and quotations with the manager</w:t>
      </w:r>
    </w:p>
    <w:p>
      <w:pPr>
        <w:spacing w:after="20" w:before="0"/>
      </w:pPr>
      <w:r>
        <w:rPr>
          <w:b w:val="0"/>
          <w:i w:val="0"/>
          <w:sz w:val="22"/>
        </w:rPr>
        <w:t>- Follow up with a dated next step on every open opportunity</w:t>
      </w:r>
    </w:p>
    <w:p>
      <w:pPr>
        <w:spacing w:after="20" w:before="0"/>
      </w:pPr>
      <w:r>
        <w:rPr>
          <w:b w:val="0"/>
          <w:i w:val="0"/>
          <w:sz w:val="22"/>
        </w:rPr>
        <w:t>- Represent the company at [events / exhibitions] where required</w:t>
      </w:r>
    </w:p>
    <w:p>
      <w:pPr>
        <w:spacing w:after="20" w:before="0"/>
      </w:pPr>
      <w:r>
        <w:rPr>
          <w:b w:val="0"/>
          <w:i w:val="0"/>
          <w:sz w:val="22"/>
        </w:rPr>
        <w:t>- Record every call, meeting and email in the CRM the same day</w:t>
      </w:r>
    </w:p>
    <w:p>
      <w:pPr>
        <w:spacing w:after="160" w:before="0"/>
      </w:pPr>
      <w:r>
        <w:rPr>
          <w:b w:val="0"/>
          <w:i w:val="0"/>
          <w:sz w:val="22"/>
        </w:rPr>
        <w:t>- Report pipeline created, meetings held and forecast every week</w:t>
      </w:r>
    </w:p>
    <w:p>
      <w:pPr>
        <w:spacing w:after="160" w:before="0"/>
      </w:pPr>
      <w:r>
        <w:rPr>
          <w:b/>
          <w:i w:val="0"/>
          <w:sz w:val="26"/>
        </w:rPr>
        <w:t>Skills and qualifications</w:t>
      </w:r>
    </w:p>
    <w:p>
      <w:pPr>
        <w:spacing w:after="20" w:before="0"/>
      </w:pPr>
      <w:r>
        <w:rPr>
          <w:b w:val="0"/>
          <w:i w:val="0"/>
          <w:sz w:val="22"/>
        </w:rPr>
        <w:t>- Graduate in any stream. MBA preferred but not required</w:t>
      </w:r>
    </w:p>
    <w:p>
      <w:pPr>
        <w:spacing w:after="20" w:before="0"/>
      </w:pPr>
      <w:r>
        <w:rPr>
          <w:b w:val="0"/>
          <w:i w:val="0"/>
          <w:sz w:val="22"/>
        </w:rPr>
        <w:t>- Clear spoken and written English, and [other languages]</w:t>
      </w:r>
    </w:p>
    <w:p>
      <w:pPr>
        <w:spacing w:after="20" w:before="0"/>
      </w:pPr>
      <w:r>
        <w:rPr>
          <w:b w:val="0"/>
          <w:i w:val="0"/>
          <w:sz w:val="22"/>
        </w:rPr>
        <w:t>- Curiosity about how customers run their business</w:t>
      </w:r>
    </w:p>
    <w:p>
      <w:pPr>
        <w:spacing w:after="20" w:before="0"/>
      </w:pPr>
      <w:r>
        <w:rPr>
          <w:b w:val="0"/>
          <w:i w:val="0"/>
          <w:sz w:val="22"/>
        </w:rPr>
        <w:t>- Persistence and organised follow-up</w:t>
      </w:r>
    </w:p>
    <w:p>
      <w:pPr>
        <w:spacing w:after="160" w:before="0"/>
      </w:pPr>
      <w:r>
        <w:rPr>
          <w:b w:val="0"/>
          <w:i w:val="0"/>
          <w:sz w:val="22"/>
        </w:rPr>
        <w:t>- Working knowledge of spreadsheets, email, LinkedIn and a CRM</w:t>
      </w:r>
    </w:p>
    <w:p>
      <w:pPr>
        <w:spacing w:after="160" w:before="0"/>
      </w:pPr>
      <w:r>
        <w:rPr>
          <w:b/>
          <w:i w:val="0"/>
          <w:sz w:val="26"/>
        </w:rPr>
        <w:t>Performance measures</w:t>
      </w:r>
    </w:p>
    <w:p>
      <w:pPr>
        <w:spacing w:after="20" w:before="0"/>
      </w:pPr>
      <w:r>
        <w:rPr>
          <w:b w:val="0"/>
          <w:i w:val="0"/>
          <w:sz w:val="22"/>
        </w:rPr>
        <w:t>- Qualified opportunities created per month</w:t>
      </w:r>
    </w:p>
    <w:p>
      <w:pPr>
        <w:spacing w:after="20" w:before="0"/>
      </w:pPr>
      <w:r>
        <w:rPr>
          <w:b w:val="0"/>
          <w:i w:val="0"/>
          <w:sz w:val="22"/>
        </w:rPr>
        <w:t>- Meetings or demos held</w:t>
      </w:r>
    </w:p>
    <w:p>
      <w:pPr>
        <w:spacing w:after="20" w:before="0"/>
      </w:pPr>
      <w:r>
        <w:rPr>
          <w:b w:val="0"/>
          <w:i w:val="0"/>
          <w:sz w:val="22"/>
        </w:rPr>
        <w:t>- Proposals sent and orders won</w:t>
      </w:r>
    </w:p>
    <w:p>
      <w:pPr>
        <w:spacing w:after="160" w:before="0"/>
      </w:pPr>
      <w:r>
        <w:rPr>
          <w:b w:val="0"/>
          <w:i w:val="0"/>
          <w:sz w:val="22"/>
        </w:rPr>
        <w:t>- New leads contacted within the agreed time</w:t>
      </w:r>
    </w:p>
    <w:p>
      <w:pPr>
        <w:spacing w:after="160" w:before="0"/>
      </w:pPr>
      <w:r>
        <w:rPr>
          <w:b/>
          <w:i w:val="0"/>
          <w:sz w:val="26"/>
        </w:rPr>
        <w:t>Pay and benefits</w:t>
      </w:r>
    </w:p>
    <w:p>
      <w:pPr>
        <w:spacing w:after="160" w:before="0"/>
      </w:pPr>
      <w:r>
        <w:rPr>
          <w:b w:val="0"/>
          <w:i w:val="0"/>
          <w:sz w:val="22"/>
        </w:rPr>
        <w:t>Fixed salary of [amount] per month, plus incentive on [meetings / orders] as per the plan shared at offer. [Other benefits.]</w:t>
      </w:r>
    </w:p>
    <w:p>
      <w:pPr>
        <w:spacing w:after="160" w:before="0"/>
      </w:pPr>
      <w:r>
        <w:rPr>
          <w:b/>
          <w:i w:val="0"/>
          <w:sz w:val="26"/>
        </w:rPr>
        <w:t>How to apply</w:t>
      </w:r>
    </w:p>
    <w:p>
      <w:pPr>
        <w:spacing w:after="160" w:before="0"/>
      </w:pPr>
      <w:r>
        <w:rPr>
          <w:b w:val="0"/>
          <w:i w:val="0"/>
          <w:sz w:val="22"/>
        </w:rPr>
        <w:t>Send your CV to [email] with the subject Business Development Executive - [City].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Development Executive job description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