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p>
      <w:pPr>
        <w:spacing w:after="160" w:before="0"/>
      </w:pPr>
      <w:r>
        <w:rPr>
          <w:b/>
          <w:i w:val="0"/>
          <w:sz w:val="26"/>
        </w:rPr>
        <w:t>CRM Executive (Customer Relationship Management Executive) - job description</w:t>
      </w:r>
    </w:p>
    <w:p>
      <w:pPr>
        <w:spacing w:after="160" w:before="0"/>
      </w:pPr>
      <w:r>
        <w:rPr>
          <w:b w:val="0"/>
          <w:i w:val="0"/>
          <w:sz w:val="22"/>
        </w:rPr>
        <w:t>Job title: CRM Executive (Customer Relationship Management Executive)</w:t>
      </w:r>
    </w:p>
    <w:p>
      <w:pPr>
        <w:spacing w:after="160" w:before="0"/>
      </w:pPr>
      <w:r>
        <w:rPr>
          <w:b w:val="0"/>
          <w:i w:val="0"/>
          <w:sz w:val="22"/>
        </w:rPr>
        <w:t>Reports to: [CRM Manager / Sales Head / Owner]</w:t>
      </w:r>
    </w:p>
    <w:p>
      <w:pPr>
        <w:spacing w:after="160" w:before="0"/>
      </w:pPr>
      <w:r>
        <w:rPr>
          <w:b w:val="0"/>
          <w:i w:val="0"/>
          <w:sz w:val="22"/>
        </w:rPr>
        <w:t>Location: [City, office based]</w:t>
      </w:r>
    </w:p>
    <w:p>
      <w:pPr>
        <w:spacing w:after="160" w:before="0"/>
      </w:pPr>
      <w:r>
        <w:rPr>
          <w:b w:val="0"/>
          <w:i w:val="0"/>
          <w:sz w:val="22"/>
        </w:rPr>
        <w:t>Experience: [0 to 3 years]</w:t>
      </w:r>
    </w:p>
    <w:p>
      <w:pPr>
        <w:spacing w:after="160" w:before="0"/>
      </w:pPr>
      <w:r>
        <w:rPr>
          <w:b w:val="0"/>
          <w:i w:val="0"/>
          <w:sz w:val="22"/>
        </w:rPr>
        <w:t>Languages: [English, Hindi and the local language]</w:t>
      </w:r>
    </w:p>
    <w:p>
      <w:pPr>
        <w:spacing w:after="160" w:before="0"/>
      </w:pPr>
      <w:r>
        <w:rPr>
          <w:b/>
          <w:i w:val="0"/>
          <w:sz w:val="26"/>
        </w:rPr>
        <w:t>Role summary</w:t>
      </w:r>
    </w:p>
    <w:p>
      <w:pPr>
        <w:spacing w:after="160" w:before="0"/>
      </w:pPr>
      <w:r>
        <w:rPr>
          <w:b w:val="0"/>
          <w:i w:val="0"/>
          <w:sz w:val="22"/>
        </w:rPr>
        <w:t>[Company] serves [type of customer]. The CRM executive looks after customers after the first sale or booking: answering queries, keeping them informed, sending documents, following up on payments and renewals, resolving or escalating complaints, and keeping every interaction recorded in the CRM software.</w:t>
      </w:r>
    </w:p>
    <w:p>
      <w:pPr>
        <w:spacing w:after="160" w:before="0"/>
      </w:pPr>
      <w:r>
        <w:rPr>
          <w:b/>
          <w:i w:val="0"/>
          <w:sz w:val="26"/>
        </w:rPr>
        <w:t>Responsibilities</w:t>
      </w:r>
    </w:p>
    <w:p>
      <w:pPr>
        <w:spacing w:after="20" w:before="0"/>
      </w:pPr>
      <w:r>
        <w:rPr>
          <w:b w:val="0"/>
          <w:i w:val="0"/>
          <w:sz w:val="22"/>
        </w:rPr>
        <w:t>- Be the first point of contact for customer queries by phone, email and WhatsApp</w:t>
      </w:r>
    </w:p>
    <w:p>
      <w:pPr>
        <w:spacing w:after="20" w:before="0"/>
      </w:pPr>
      <w:r>
        <w:rPr>
          <w:b w:val="0"/>
          <w:i w:val="0"/>
          <w:sz w:val="22"/>
        </w:rPr>
        <w:t>- Update customers on order, delivery, booking or service status without waiting to be asked</w:t>
      </w:r>
    </w:p>
    <w:p>
      <w:pPr>
        <w:spacing w:after="20" w:before="0"/>
      </w:pPr>
      <w:r>
        <w:rPr>
          <w:b w:val="0"/>
          <w:i w:val="0"/>
          <w:sz w:val="22"/>
        </w:rPr>
        <w:t>- Send documents: invoices, receipts, agreements, demand letters, statements</w:t>
      </w:r>
    </w:p>
    <w:p>
      <w:pPr>
        <w:spacing w:after="20" w:before="0"/>
      </w:pPr>
      <w:r>
        <w:rPr>
          <w:b w:val="0"/>
          <w:i w:val="0"/>
          <w:sz w:val="22"/>
        </w:rPr>
        <w:t>- Follow up on payments, renewals and pending documents, with a dated next step each time</w:t>
      </w:r>
    </w:p>
    <w:p>
      <w:pPr>
        <w:spacing w:after="20" w:before="0"/>
      </w:pPr>
      <w:r>
        <w:rPr>
          <w:b w:val="0"/>
          <w:i w:val="0"/>
          <w:sz w:val="22"/>
        </w:rPr>
        <w:t>- Log and resolve complaints, or escalate to the right team within [4 working hours]</w:t>
      </w:r>
    </w:p>
    <w:p>
      <w:pPr>
        <w:spacing w:after="20" w:before="0"/>
      </w:pPr>
      <w:r>
        <w:rPr>
          <w:b w:val="0"/>
          <w:i w:val="0"/>
          <w:sz w:val="22"/>
        </w:rPr>
        <w:t>- Coordinate with sales, accounts, operations and service teams</w:t>
      </w:r>
    </w:p>
    <w:p>
      <w:pPr>
        <w:spacing w:after="20" w:before="0"/>
      </w:pPr>
      <w:r>
        <w:rPr>
          <w:b w:val="0"/>
          <w:i w:val="0"/>
          <w:sz w:val="22"/>
        </w:rPr>
        <w:t>- Collect feedback and ask satisfied customers for references and reviews</w:t>
      </w:r>
    </w:p>
    <w:p>
      <w:pPr>
        <w:spacing w:after="20" w:before="0"/>
      </w:pPr>
      <w:r>
        <w:rPr>
          <w:b w:val="0"/>
          <w:i w:val="0"/>
          <w:sz w:val="22"/>
        </w:rPr>
        <w:t>- Keep customer records accurate and complete in the CRM</w:t>
      </w:r>
    </w:p>
    <w:p>
      <w:pPr>
        <w:spacing w:after="160" w:before="0"/>
      </w:pPr>
      <w:r>
        <w:rPr>
          <w:b w:val="0"/>
          <w:i w:val="0"/>
          <w:sz w:val="22"/>
        </w:rPr>
        <w:t>- Prepare daily and weekly reports on open queries, collections and complaints</w:t>
      </w:r>
    </w:p>
    <w:p>
      <w:pPr>
        <w:spacing w:after="160" w:before="0"/>
      </w:pPr>
      <w:r>
        <w:rPr>
          <w:b/>
          <w:i w:val="0"/>
          <w:sz w:val="26"/>
        </w:rPr>
        <w:t>Skills and qualifications</w:t>
      </w:r>
    </w:p>
    <w:p>
      <w:pPr>
        <w:spacing w:after="20" w:before="0"/>
      </w:pPr>
      <w:r>
        <w:rPr>
          <w:b w:val="0"/>
          <w:i w:val="0"/>
          <w:sz w:val="22"/>
        </w:rPr>
        <w:t>- Graduate in any stream</w:t>
      </w:r>
    </w:p>
    <w:p>
      <w:pPr>
        <w:spacing w:after="20" w:before="0"/>
      </w:pPr>
      <w:r>
        <w:rPr>
          <w:b w:val="0"/>
          <w:i w:val="0"/>
          <w:sz w:val="22"/>
        </w:rPr>
        <w:t>- Polite, clear communication in [languages], spoken and written</w:t>
      </w:r>
    </w:p>
    <w:p>
      <w:pPr>
        <w:spacing w:after="20" w:before="0"/>
      </w:pPr>
      <w:r>
        <w:rPr>
          <w:b w:val="0"/>
          <w:i w:val="0"/>
          <w:sz w:val="22"/>
        </w:rPr>
        <w:t>- Patience with upset customers, and the judgement to escalate early</w:t>
      </w:r>
    </w:p>
    <w:p>
      <w:pPr>
        <w:spacing w:after="20" w:before="0"/>
      </w:pPr>
      <w:r>
        <w:rPr>
          <w:b w:val="0"/>
          <w:i w:val="0"/>
          <w:sz w:val="22"/>
        </w:rPr>
        <w:t>- Accuracy with documents and numbers</w:t>
      </w:r>
    </w:p>
    <w:p>
      <w:pPr>
        <w:spacing w:after="160" w:before="0"/>
      </w:pPr>
      <w:r>
        <w:rPr>
          <w:b w:val="0"/>
          <w:i w:val="0"/>
          <w:sz w:val="22"/>
        </w:rPr>
        <w:t>- Working knowledge of spreadsheets, email and CRM software</w:t>
      </w:r>
    </w:p>
    <w:p>
      <w:pPr>
        <w:spacing w:after="160" w:before="0"/>
      </w:pPr>
      <w:r>
        <w:rPr>
          <w:b/>
          <w:i w:val="0"/>
          <w:sz w:val="26"/>
        </w:rPr>
        <w:t>Performance measures</w:t>
      </w:r>
    </w:p>
    <w:p>
      <w:pPr>
        <w:spacing w:after="20" w:before="0"/>
      </w:pPr>
      <w:r>
        <w:rPr>
          <w:b w:val="0"/>
          <w:i w:val="0"/>
          <w:sz w:val="22"/>
        </w:rPr>
        <w:t>- Response time to customer queries</w:t>
      </w:r>
    </w:p>
    <w:p>
      <w:pPr>
        <w:spacing w:after="20" w:before="0"/>
      </w:pPr>
      <w:r>
        <w:rPr>
          <w:b w:val="0"/>
          <w:i w:val="0"/>
          <w:sz w:val="22"/>
        </w:rPr>
        <w:t>- Payments and renewals collected on time</w:t>
      </w:r>
    </w:p>
    <w:p>
      <w:pPr>
        <w:spacing w:after="20" w:before="0"/>
      </w:pPr>
      <w:r>
        <w:rPr>
          <w:b w:val="0"/>
          <w:i w:val="0"/>
          <w:sz w:val="22"/>
        </w:rPr>
        <w:t>- Complaints closed within the agreed time</w:t>
      </w:r>
    </w:p>
    <w:p>
      <w:pPr>
        <w:spacing w:after="160" w:before="0"/>
      </w:pPr>
      <w:r>
        <w:rPr>
          <w:b w:val="0"/>
          <w:i w:val="0"/>
          <w:sz w:val="22"/>
        </w:rPr>
        <w:t>- Customer feedback score, references and reviews</w:t>
      </w:r>
    </w:p>
    <w:p>
      <w:pPr>
        <w:spacing w:after="160" w:before="0"/>
      </w:pPr>
      <w:r>
        <w:rPr>
          <w:b/>
          <w:i w:val="0"/>
          <w:sz w:val="26"/>
        </w:rPr>
        <w:t>Pay and benefits</w:t>
      </w:r>
    </w:p>
    <w:p>
      <w:pPr>
        <w:spacing w:after="160" w:before="0"/>
      </w:pPr>
      <w:r>
        <w:rPr>
          <w:b w:val="0"/>
          <w:i w:val="0"/>
          <w:sz w:val="22"/>
        </w:rPr>
        <w:t>Fixed salary of [amount] per month. [Incentive on collections or renewals, if any. Other benefits.]</w:t>
      </w:r>
    </w:p>
    <w:p>
      <w:pPr>
        <w:spacing w:after="160" w:before="0"/>
      </w:pPr>
      <w:r>
        <w:rPr>
          <w:b/>
          <w:i w:val="0"/>
          <w:sz w:val="26"/>
        </w:rPr>
        <w:t>How to apply</w:t>
      </w:r>
    </w:p>
    <w:p>
      <w:pPr>
        <w:spacing w:after="160" w:before="0"/>
      </w:pPr>
      <w:r>
        <w:rPr>
          <w:b w:val="0"/>
          <w:i w:val="0"/>
          <w:sz w:val="22"/>
        </w:rPr>
        <w:t>Send your CV to [email] with the subject CRM Executive - [City].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 Executive (Customer Relationship Management Executive) job description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