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 w:val="0"/>
          <w:i/>
          <w:color w:val="777777"/>
          <w:sz w:val="16"/>
        </w:rPr>
        <w:t>Free template from hellogrowthcrm.com. Replace everything in [square brackets]. Delete this line before sending.</w:t>
      </w:r>
    </w:p>
    <w:p>
      <w:pPr>
        <w:spacing w:after="160" w:before="0"/>
      </w:pPr>
      <w:r>
        <w:rPr>
          <w:b/>
          <w:i w:val="0"/>
          <w:sz w:val="26"/>
        </w:rPr>
        <w:t>Letter 1: Request for quotation (buyer to supplier)</w:t>
      </w:r>
    </w:p>
    <w:p>
      <w:pPr>
        <w:spacing w:after="160" w:before="0"/>
      </w:pPr>
      <w:r>
        <w:rPr>
          <w:b w:val="0"/>
          <w:i w:val="0"/>
          <w:sz w:val="22"/>
        </w:rPr>
        <w:t>[Your company letterhead]</w:t>
      </w:r>
    </w:p>
    <w:p>
      <w:pPr>
        <w:spacing w:after="160" w:before="0"/>
      </w:pPr>
      <w:r>
        <w:rPr>
          <w:b w:val="0"/>
          <w:i w:val="0"/>
          <w:sz w:val="22"/>
        </w:rPr>
        <w:t>Ref: ENQ/2026-27/031                                        Date: [date]</w:t>
      </w:r>
    </w:p>
    <w:p>
      <w:pPr>
        <w:spacing w:after="20" w:before="0"/>
      </w:pPr>
      <w:r>
        <w:rPr>
          <w:b w:val="0"/>
          <w:i w:val="0"/>
          <w:sz w:val="22"/>
        </w:rPr>
        <w:t>To,</w:t>
      </w:r>
    </w:p>
    <w:p>
      <w:pPr>
        <w:spacing w:after="20" w:before="0"/>
      </w:pPr>
      <w:r>
        <w:rPr>
          <w:b w:val="0"/>
          <w:i w:val="0"/>
          <w:sz w:val="22"/>
        </w:rPr>
        <w:t>[Supplier name]</w:t>
      </w:r>
    </w:p>
    <w:p>
      <w:pPr>
        <w:spacing w:after="160" w:before="0"/>
      </w:pPr>
      <w:r>
        <w:rPr>
          <w:b w:val="0"/>
          <w:i w:val="0"/>
          <w:sz w:val="22"/>
        </w:rPr>
        <w:t>[Address]</w:t>
      </w:r>
    </w:p>
    <w:p>
      <w:pPr>
        <w:spacing w:after="160" w:before="0"/>
      </w:pPr>
      <w:r>
        <w:rPr>
          <w:b/>
          <w:i w:val="0"/>
          <w:sz w:val="22"/>
        </w:rPr>
        <w:t>Subject: Request for quotation for [item or service]</w:t>
      </w:r>
    </w:p>
    <w:p>
      <w:pPr>
        <w:spacing w:after="160" w:before="0"/>
      </w:pPr>
      <w:r>
        <w:rPr>
          <w:b w:val="0"/>
          <w:i w:val="0"/>
          <w:sz w:val="22"/>
        </w:rPr>
        <w:t>Dear Sir or Madam,</w:t>
      </w:r>
    </w:p>
    <w:p>
      <w:pPr>
        <w:spacing w:after="160" w:before="0"/>
      </w:pPr>
      <w:r>
        <w:rPr>
          <w:b w:val="0"/>
          <w:i w:val="0"/>
          <w:sz w:val="22"/>
        </w:rPr>
        <w:t>We invite your quotation for the following requirement. Please reply by [date] to [email address].</w:t>
      </w:r>
    </w:p>
    <w:p>
      <w:pPr>
        <w:spacing w:after="20" w:before="0"/>
      </w:pPr>
      <w:r>
        <w:rPr>
          <w:b w:val="0"/>
          <w:i w:val="0"/>
          <w:sz w:val="22"/>
        </w:rPr>
        <w:t>1. Item and specification: [full specification, make or grade, drawing number if any]</w:t>
      </w:r>
    </w:p>
    <w:p>
      <w:pPr>
        <w:spacing w:after="20" w:before="0"/>
      </w:pPr>
      <w:r>
        <w:rPr>
          <w:b w:val="0"/>
          <w:i w:val="0"/>
          <w:sz w:val="22"/>
        </w:rPr>
        <w:t>2. Quantity: [number and unit]</w:t>
      </w:r>
    </w:p>
    <w:p>
      <w:pPr>
        <w:spacing w:after="20" w:before="0"/>
      </w:pPr>
      <w:r>
        <w:rPr>
          <w:b w:val="0"/>
          <w:i w:val="0"/>
          <w:sz w:val="22"/>
        </w:rPr>
        <w:t>3. Delivery: to [place], required by [date]</w:t>
      </w:r>
    </w:p>
    <w:p>
      <w:pPr>
        <w:spacing w:after="20" w:before="0"/>
      </w:pPr>
      <w:r>
        <w:rPr>
          <w:b w:val="0"/>
          <w:i w:val="0"/>
          <w:sz w:val="22"/>
        </w:rPr>
        <w:t>4. Please quote the basic price per unit, and show GST, freight, packing and installation separately.</w:t>
      </w:r>
    </w:p>
    <w:p>
      <w:pPr>
        <w:spacing w:after="160" w:before="0"/>
      </w:pPr>
      <w:r>
        <w:rPr>
          <w:b w:val="0"/>
          <w:i w:val="0"/>
          <w:sz w:val="22"/>
        </w:rPr>
        <w:t>5. Please state your delivery time, payment terms, warranty and the validity of your offer.</w:t>
      </w:r>
    </w:p>
    <w:p>
      <w:pPr>
        <w:spacing w:after="160" w:before="0"/>
      </w:pPr>
      <w:r>
        <w:rPr>
          <w:b w:val="0"/>
          <w:i w:val="0"/>
          <w:sz w:val="22"/>
        </w:rPr>
        <w:t>Our usual payment terms are [terms]. If any part of the specification is unclear, please call [name] on [phone] before quoting.</w:t>
      </w:r>
    </w:p>
    <w:p>
      <w:pPr>
        <w:spacing w:after="20" w:before="0"/>
      </w:pPr>
      <w:r>
        <w:rPr>
          <w:b w:val="0"/>
          <w:i w:val="0"/>
          <w:sz w:val="22"/>
        </w:rPr>
        <w:t>Yours faithfully,</w:t>
      </w:r>
    </w:p>
    <w:p>
      <w:pPr>
        <w:spacing w:after="20" w:before="0"/>
      </w:pPr>
      <w:r>
        <w:rPr>
          <w:b w:val="0"/>
          <w:i w:val="0"/>
          <w:sz w:val="22"/>
        </w:rPr>
        <w:t>[Name]</w:t>
      </w:r>
    </w:p>
    <w:p>
      <w:pPr>
        <w:spacing w:after="160" w:before="0"/>
      </w:pPr>
      <w:r>
        <w:rPr>
          <w:b w:val="0"/>
          <w:i w:val="0"/>
          <w:sz w:val="22"/>
        </w:rPr>
        <w:t>[Designation], [Company]</w:t>
      </w:r>
    </w:p>
    <w:p>
      <w:r>
        <w:br w:type="page"/>
      </w:r>
    </w:p>
    <w:p>
      <w:pPr>
        <w:spacing w:after="160" w:before="0"/>
      </w:pPr>
      <w:r>
        <w:rPr>
          <w:b/>
          <w:i w:val="0"/>
          <w:sz w:val="26"/>
        </w:rPr>
        <w:t>Letter 2: Quotation submission (seller to buyer)</w:t>
      </w:r>
    </w:p>
    <w:p>
      <w:pPr>
        <w:spacing w:after="160" w:before="0"/>
      </w:pPr>
      <w:r>
        <w:rPr>
          <w:b w:val="0"/>
          <w:i w:val="0"/>
          <w:sz w:val="22"/>
        </w:rPr>
        <w:t>[Your company letterhead]</w:t>
      </w:r>
    </w:p>
    <w:p>
      <w:pPr>
        <w:spacing w:after="160" w:before="0"/>
      </w:pPr>
      <w:r>
        <w:rPr>
          <w:b w:val="0"/>
          <w:i w:val="0"/>
          <w:sz w:val="22"/>
        </w:rPr>
        <w:t>Ref: QTN/2026-27/047                                        Date: [date]</w:t>
      </w:r>
    </w:p>
    <w:p>
      <w:pPr>
        <w:spacing w:after="20" w:before="0"/>
      </w:pPr>
      <w:r>
        <w:rPr>
          <w:b w:val="0"/>
          <w:i w:val="0"/>
          <w:sz w:val="22"/>
        </w:rPr>
        <w:t>To,</w:t>
      </w:r>
    </w:p>
    <w:p>
      <w:pPr>
        <w:spacing w:after="20" w:before="0"/>
      </w:pPr>
      <w:r>
        <w:rPr>
          <w:b w:val="0"/>
          <w:i w:val="0"/>
          <w:sz w:val="22"/>
        </w:rPr>
        <w:t>[Name], [Designation]</w:t>
      </w:r>
    </w:p>
    <w:p>
      <w:pPr>
        <w:spacing w:after="20" w:before="0"/>
      </w:pPr>
      <w:r>
        <w:rPr>
          <w:b w:val="0"/>
          <w:i w:val="0"/>
          <w:sz w:val="22"/>
        </w:rPr>
        <w:t>[Company]</w:t>
      </w:r>
    </w:p>
    <w:p>
      <w:pPr>
        <w:spacing w:after="160" w:before="0"/>
      </w:pPr>
      <w:r>
        <w:rPr>
          <w:b w:val="0"/>
          <w:i w:val="0"/>
          <w:sz w:val="22"/>
        </w:rPr>
        <w:t>[Address]</w:t>
      </w:r>
    </w:p>
    <w:p>
      <w:pPr>
        <w:spacing w:after="160" w:before="0"/>
      </w:pPr>
      <w:r>
        <w:rPr>
          <w:b/>
          <w:i w:val="0"/>
          <w:sz w:val="22"/>
        </w:rPr>
        <w:t>Subject: Quotation for [item or service], your enquiry [reference] dated [date]</w:t>
      </w:r>
    </w:p>
    <w:p>
      <w:pPr>
        <w:spacing w:after="160" w:before="0"/>
      </w:pPr>
      <w:r>
        <w:rPr>
          <w:b w:val="0"/>
          <w:i w:val="0"/>
          <w:sz w:val="22"/>
        </w:rPr>
        <w:t>Dear [Name],</w:t>
      </w:r>
    </w:p>
    <w:p>
      <w:pPr>
        <w:spacing w:after="160" w:before="0"/>
      </w:pPr>
      <w:r>
        <w:rPr>
          <w:b w:val="0"/>
          <w:i w:val="0"/>
          <w:sz w:val="22"/>
        </w:rPr>
        <w:t>Thank you for your enquiry. We are pleased to quote as follows.</w:t>
      </w:r>
    </w:p>
    <w:p>
      <w:pPr>
        <w:spacing w:after="20" w:before="0"/>
      </w:pPr>
      <w:r>
        <w:rPr>
          <w:b w:val="0"/>
          <w:i w:val="0"/>
          <w:sz w:val="22"/>
        </w:rPr>
        <w:t>[Item one, specification]: Rs [rate] per [unit] for [quantity]</w:t>
      </w:r>
    </w:p>
    <w:p>
      <w:pPr>
        <w:spacing w:after="20" w:before="0"/>
      </w:pPr>
      <w:r>
        <w:rPr>
          <w:b w:val="0"/>
          <w:i w:val="0"/>
          <w:sz w:val="22"/>
        </w:rPr>
        <w:t>[Item two, specification]: Rs [rate] per [unit] for [quantity]</w:t>
      </w:r>
    </w:p>
    <w:p>
      <w:pPr>
        <w:spacing w:after="160" w:before="0"/>
      </w:pPr>
      <w:r>
        <w:rPr>
          <w:b w:val="0"/>
          <w:i w:val="0"/>
          <w:sz w:val="22"/>
        </w:rPr>
        <w:t>Total basic value: Rs [amount]. GST at [rate]% extra. Freight: [included, or extra at actuals].</w:t>
      </w:r>
    </w:p>
    <w:p>
      <w:pPr>
        <w:spacing w:after="160" w:before="0"/>
      </w:pPr>
      <w:r>
        <w:rPr>
          <w:b w:val="0"/>
          <w:i w:val="0"/>
          <w:sz w:val="22"/>
        </w:rPr>
        <w:t>Delivery: within [number] days of your purchase order. Payment: [terms]. Warranty: [period]. This quotation is valid until [date]. The detailed quotation is attached.</w:t>
      </w:r>
    </w:p>
    <w:p>
      <w:pPr>
        <w:spacing w:after="160" w:before="0"/>
      </w:pPr>
      <w:r>
        <w:rPr>
          <w:b w:val="0"/>
          <w:i w:val="0"/>
          <w:sz w:val="22"/>
        </w:rPr>
        <w:t>I will call you on [day] to answer any questions. If you need a different quantity or specification, I can revise this the same day.</w:t>
      </w:r>
    </w:p>
    <w:p>
      <w:pPr>
        <w:spacing w:after="20" w:before="0"/>
      </w:pPr>
      <w:r>
        <w:rPr>
          <w:b w:val="0"/>
          <w:i w:val="0"/>
          <w:sz w:val="22"/>
        </w:rPr>
        <w:t>Yours sincerely,</w:t>
      </w:r>
    </w:p>
    <w:p>
      <w:pPr>
        <w:spacing w:after="20" w:before="0"/>
      </w:pPr>
      <w:r>
        <w:rPr>
          <w:b w:val="0"/>
          <w:i w:val="0"/>
          <w:sz w:val="22"/>
        </w:rPr>
        <w:t>[Name]</w:t>
      </w:r>
    </w:p>
    <w:p>
      <w:pPr>
        <w:spacing w:after="160" w:before="0"/>
      </w:pPr>
      <w:r>
        <w:rPr>
          <w:b w:val="0"/>
          <w:i w:val="0"/>
          <w:sz w:val="22"/>
        </w:rPr>
        <w:t>[Designation], [Phone], [Email]</w:t>
      </w:r>
    </w:p>
    <w:p>
      <w:r>
        <w:br w:type="page"/>
      </w:r>
    </w:p>
    <w:p>
      <w:pPr>
        <w:spacing w:after="160" w:before="0"/>
      </w:pPr>
      <w:r>
        <w:rPr>
          <w:b/>
          <w:i w:val="0"/>
          <w:sz w:val="26"/>
        </w:rPr>
        <w:t>Letter 3: Revised quotation</w:t>
      </w:r>
    </w:p>
    <w:p>
      <w:pPr>
        <w:spacing w:after="160" w:before="0"/>
      </w:pPr>
      <w:r>
        <w:rPr>
          <w:b w:val="0"/>
          <w:i w:val="0"/>
          <w:sz w:val="22"/>
        </w:rPr>
        <w:t>Ref: QTN/2026-27/047-R1                                     Date: [date]</w:t>
      </w:r>
    </w:p>
    <w:p>
      <w:pPr>
        <w:spacing w:after="160" w:before="0"/>
      </w:pPr>
      <w:r>
        <w:rPr>
          <w:b/>
          <w:i w:val="0"/>
          <w:sz w:val="22"/>
        </w:rPr>
        <w:t>Subject: Revised quotation for [item], replacing QTN/2026-27/047 dated [date]</w:t>
      </w:r>
    </w:p>
    <w:p>
      <w:pPr>
        <w:spacing w:after="160" w:before="0"/>
      </w:pPr>
      <w:r>
        <w:rPr>
          <w:b w:val="0"/>
          <w:i w:val="0"/>
          <w:sz w:val="22"/>
        </w:rPr>
        <w:t>Dear [Name],</w:t>
      </w:r>
    </w:p>
    <w:p>
      <w:pPr>
        <w:spacing w:after="160" w:before="0"/>
      </w:pPr>
      <w:r>
        <w:rPr>
          <w:b w:val="0"/>
          <w:i w:val="0"/>
          <w:sz w:val="22"/>
        </w:rPr>
        <w:t>Thank you for your call on [date]. As discussed, we have revised our quotation for the following change: [what changed: quantity, specification or delivery location].</w:t>
      </w:r>
    </w:p>
    <w:p>
      <w:pPr>
        <w:spacing w:after="160" w:before="0"/>
      </w:pPr>
      <w:r>
        <w:rPr>
          <w:b w:val="0"/>
          <w:i w:val="0"/>
          <w:sz w:val="22"/>
        </w:rPr>
        <w:t>The revised price is Rs [rate] per [unit], and the revised total is Rs [amount] plus GST at [rate]%. All other terms are unchanged: delivery within [number] days, payment [terms].</w:t>
      </w:r>
    </w:p>
    <w:p>
      <w:pPr>
        <w:spacing w:after="160" w:before="0"/>
      </w:pPr>
      <w:r>
        <w:rPr>
          <w:b w:val="0"/>
          <w:i w:val="0"/>
          <w:sz w:val="22"/>
        </w:rPr>
        <w:t>This revised quotation, QTN/2026-27/047-R1, replaces our earlier quotation in full and is valid until [date]. The revised document is attached.</w:t>
      </w:r>
    </w:p>
    <w:p>
      <w:pPr>
        <w:spacing w:after="20" w:before="0"/>
      </w:pPr>
      <w:r>
        <w:rPr>
          <w:b w:val="0"/>
          <w:i w:val="0"/>
          <w:sz w:val="22"/>
        </w:rPr>
        <w:t>Yours sincerely,</w:t>
      </w:r>
    </w:p>
    <w:p>
      <w:pPr>
        <w:spacing w:after="20" w:before="0"/>
      </w:pPr>
      <w:r>
        <w:rPr>
          <w:b w:val="0"/>
          <w:i w:val="0"/>
          <w:sz w:val="22"/>
        </w:rPr>
        <w:t>[Name]</w:t>
      </w:r>
    </w:p>
    <w:p>
      <w:pPr>
        <w:spacing w:after="160" w:before="0"/>
      </w:pPr>
      <w:r>
        <w:rPr>
          <w:b w:val="0"/>
          <w:i w:val="0"/>
          <w:sz w:val="22"/>
        </w:rPr>
        <w:t>[Designation], [Phone]</w:t>
      </w:r>
    </w:p>
    <w:p>
      <w:r>
        <w:br w:type="page"/>
      </w:r>
    </w:p>
    <w:p>
      <w:pPr>
        <w:spacing w:after="160" w:before="0"/>
      </w:pPr>
      <w:r>
        <w:rPr>
          <w:b/>
          <w:i w:val="0"/>
          <w:sz w:val="26"/>
        </w:rPr>
        <w:t>Letter 4: Follow-up on a quotation</w:t>
      </w:r>
    </w:p>
    <w:p>
      <w:pPr>
        <w:spacing w:after="160" w:before="0"/>
      </w:pPr>
      <w:r>
        <w:rPr>
          <w:b/>
          <w:i w:val="0"/>
          <w:sz w:val="22"/>
        </w:rPr>
        <w:t>Subject: Our quotation QTN/2026-27/047 for [item]: one question</w:t>
      </w:r>
    </w:p>
    <w:p>
      <w:pPr>
        <w:spacing w:after="160" w:before="0"/>
      </w:pPr>
      <w:r>
        <w:rPr>
          <w:b w:val="0"/>
          <w:i w:val="0"/>
          <w:sz w:val="22"/>
        </w:rPr>
        <w:t>Dear [Name],</w:t>
      </w:r>
    </w:p>
    <w:p>
      <w:pPr>
        <w:spacing w:after="160" w:before="0"/>
      </w:pPr>
      <w:r>
        <w:rPr>
          <w:b w:val="0"/>
          <w:i w:val="0"/>
          <w:sz w:val="22"/>
        </w:rPr>
        <w:t>I sent our quotation for [item] on [date], valid until [date]. I am not writing to push for a decision. One question would help me give you the right offer: is the delivery date of [date] firm, or is there some flexibility? If there is, I can look at a better price on a slightly longer delivery.</w:t>
      </w:r>
    </w:p>
    <w:p>
      <w:pPr>
        <w:spacing w:after="160" w:before="0"/>
      </w:pPr>
      <w:r>
        <w:rPr>
          <w:b w:val="0"/>
          <w:i w:val="0"/>
          <w:sz w:val="22"/>
        </w:rPr>
        <w:t>If the quotation needs to go to someone else for approval, I can send a one-page summary with only the total, delivery and payment terms, which is easier to forward.</w:t>
      </w:r>
    </w:p>
    <w:p>
      <w:pPr>
        <w:spacing w:after="160" w:before="0"/>
      </w:pPr>
      <w:r>
        <w:rPr>
          <w:b w:val="0"/>
          <w:i w:val="0"/>
          <w:sz w:val="22"/>
        </w:rPr>
        <w:t>I will call you on [day] at [time], unless another time suits you better.</w:t>
      </w:r>
    </w:p>
    <w:p>
      <w:pPr>
        <w:spacing w:after="20" w:before="0"/>
      </w:pPr>
      <w:r>
        <w:rPr>
          <w:b w:val="0"/>
          <w:i w:val="0"/>
          <w:sz w:val="22"/>
        </w:rPr>
        <w:t>Regards,</w:t>
      </w:r>
    </w:p>
    <w:p>
      <w:pPr>
        <w:spacing w:after="160" w:before="0"/>
      </w:pPr>
      <w:r>
        <w:rPr>
          <w:b w:val="0"/>
          <w:i w:val="0"/>
          <w:sz w:val="22"/>
        </w:rPr>
        <w:t>[Name], [Phone]</w:t>
      </w:r>
    </w:p>
    <w:p>
      <w:r>
        <w:br w:type="page"/>
      </w:r>
    </w:p>
    <w:p>
      <w:pPr>
        <w:spacing w:after="160" w:before="0"/>
      </w:pPr>
      <w:r>
        <w:rPr>
          <w:b/>
          <w:i w:val="0"/>
          <w:sz w:val="26"/>
        </w:rPr>
        <w:t>Letter 5: Acceptance of a quotation (buyer to seller)</w:t>
      </w:r>
    </w:p>
    <w:p>
      <w:pPr>
        <w:spacing w:after="160" w:before="0"/>
      </w:pPr>
      <w:r>
        <w:rPr>
          <w:b w:val="0"/>
          <w:i w:val="0"/>
          <w:sz w:val="22"/>
        </w:rPr>
        <w:t>Ref: [buyer reference]                                      Date: [date]</w:t>
      </w:r>
    </w:p>
    <w:p>
      <w:pPr>
        <w:spacing w:after="20" w:before="0"/>
      </w:pPr>
      <w:r>
        <w:rPr>
          <w:b w:val="0"/>
          <w:i w:val="0"/>
          <w:sz w:val="22"/>
        </w:rPr>
        <w:t>To,</w:t>
      </w:r>
    </w:p>
    <w:p>
      <w:pPr>
        <w:spacing w:after="20" w:before="0"/>
      </w:pPr>
      <w:r>
        <w:rPr>
          <w:b w:val="0"/>
          <w:i w:val="0"/>
          <w:sz w:val="22"/>
        </w:rPr>
        <w:t>[Supplier name]</w:t>
      </w:r>
    </w:p>
    <w:p>
      <w:pPr>
        <w:spacing w:after="160" w:before="0"/>
      </w:pPr>
      <w:r>
        <w:rPr>
          <w:b w:val="0"/>
          <w:i w:val="0"/>
          <w:sz w:val="22"/>
        </w:rPr>
        <w:t>[Address]</w:t>
      </w:r>
    </w:p>
    <w:p>
      <w:pPr>
        <w:spacing w:after="160" w:before="0"/>
      </w:pPr>
      <w:r>
        <w:rPr>
          <w:b/>
          <w:i w:val="0"/>
          <w:sz w:val="22"/>
        </w:rPr>
        <w:t>Subject: Acceptance of your quotation QTN/2026-27/047-R1 dated [date]</w:t>
      </w:r>
    </w:p>
    <w:p>
      <w:pPr>
        <w:spacing w:after="160" w:before="0"/>
      </w:pPr>
      <w:r>
        <w:rPr>
          <w:b w:val="0"/>
          <w:i w:val="0"/>
          <w:sz w:val="22"/>
        </w:rPr>
        <w:t>Dear [Name],</w:t>
      </w:r>
    </w:p>
    <w:p>
      <w:pPr>
        <w:spacing w:after="160" w:before="0"/>
      </w:pPr>
      <w:r>
        <w:rPr>
          <w:b w:val="0"/>
          <w:i w:val="0"/>
          <w:sz w:val="22"/>
        </w:rPr>
        <w:t>We are pleased to accept your quotation QTN/2026-27/047-R1 dated [date] for [quantity] of [item] at Rs [rate] per [unit], total Rs [amount] plus GST at [rate]%.</w:t>
      </w:r>
    </w:p>
    <w:p>
      <w:pPr>
        <w:spacing w:after="160" w:before="0"/>
      </w:pPr>
      <w:r>
        <w:rPr>
          <w:b w:val="0"/>
          <w:i w:val="0"/>
          <w:sz w:val="22"/>
        </w:rPr>
        <w:t>Delivery: to [place] by [date]. Payment: [terms, as per your quotation]. Our purchase order [number] [is attached / will follow by date]. Please confirm the dispatch schedule by return.</w:t>
      </w:r>
    </w:p>
    <w:p>
      <w:pPr>
        <w:spacing w:after="20" w:before="0"/>
      </w:pPr>
      <w:r>
        <w:rPr>
          <w:b w:val="0"/>
          <w:i w:val="0"/>
          <w:sz w:val="22"/>
        </w:rPr>
        <w:t>Yours faithfully,</w:t>
      </w:r>
    </w:p>
    <w:p>
      <w:pPr>
        <w:spacing w:after="20" w:before="0"/>
      </w:pPr>
      <w:r>
        <w:rPr>
          <w:b w:val="0"/>
          <w:i w:val="0"/>
          <w:sz w:val="22"/>
        </w:rPr>
        <w:t>[Name]</w:t>
      </w:r>
    </w:p>
    <w:p>
      <w:pPr>
        <w:spacing w:after="160" w:before="0"/>
      </w:pPr>
      <w:r>
        <w:rPr>
          <w:b w:val="0"/>
          <w:i w:val="0"/>
          <w:sz w:val="22"/>
        </w:rPr>
        <w:t>[Designation], [Company]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letter format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