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p>
      <w:pPr>
        <w:spacing w:after="160" w:before="0"/>
      </w:pPr>
      <w:r>
        <w:rPr>
          <w:b/>
          <w:i w:val="0"/>
          <w:sz w:val="26"/>
        </w:rPr>
        <w:t>Sales Executive - job description</w:t>
      </w:r>
    </w:p>
    <w:p>
      <w:pPr>
        <w:spacing w:after="160" w:before="0"/>
      </w:pPr>
      <w:r>
        <w:rPr>
          <w:b w:val="0"/>
          <w:i w:val="0"/>
          <w:sz w:val="22"/>
        </w:rPr>
        <w:t>Job title: Sales Executive</w:t>
      </w:r>
    </w:p>
    <w:p>
      <w:pPr>
        <w:spacing w:after="160" w:before="0"/>
      </w:pPr>
      <w:r>
        <w:rPr>
          <w:b w:val="0"/>
          <w:i w:val="0"/>
          <w:sz w:val="22"/>
        </w:rPr>
        <w:t>Reports to: [Sales Manager / Owner]</w:t>
      </w:r>
    </w:p>
    <w:p>
      <w:pPr>
        <w:spacing w:after="160" w:before="0"/>
      </w:pPr>
      <w:r>
        <w:rPr>
          <w:b w:val="0"/>
          <w:i w:val="0"/>
          <w:sz w:val="22"/>
        </w:rPr>
        <w:t>Location: [City, and whether field, office or hybrid]</w:t>
      </w:r>
    </w:p>
    <w:p>
      <w:pPr>
        <w:spacing w:after="160" w:before="0"/>
      </w:pPr>
      <w:r>
        <w:rPr>
          <w:b w:val="0"/>
          <w:i w:val="0"/>
          <w:sz w:val="22"/>
        </w:rPr>
        <w:t>Experience: [0 to 3 years]</w:t>
      </w:r>
    </w:p>
    <w:p>
      <w:pPr>
        <w:spacing w:after="160" w:before="0"/>
      </w:pPr>
      <w:r>
        <w:rPr>
          <w:b w:val="0"/>
          <w:i w:val="0"/>
          <w:sz w:val="22"/>
        </w:rPr>
        <w:t>Languages: [English, Hindi and the local language]</w:t>
      </w:r>
    </w:p>
    <w:p>
      <w:pPr>
        <w:spacing w:after="160" w:before="0"/>
      </w:pPr>
      <w:r>
        <w:rPr>
          <w:b/>
          <w:i w:val="0"/>
          <w:sz w:val="26"/>
        </w:rPr>
        <w:t>Role summary</w:t>
      </w:r>
    </w:p>
    <w:p>
      <w:pPr>
        <w:spacing w:after="160" w:before="0"/>
      </w:pPr>
      <w:r>
        <w:rPr>
          <w:b w:val="0"/>
          <w:i w:val="0"/>
          <w:sz w:val="22"/>
        </w:rPr>
        <w:t>[Company] sells [product or service] to [type of customer]. The sales executive converts enquiries and self-generated leads into orders: contacting every lead quickly, understanding the requirement, sending quotations, following up and closing, with every step recorded in the CRM.</w:t>
      </w:r>
    </w:p>
    <w:p>
      <w:pPr>
        <w:spacing w:after="160" w:before="0"/>
      </w:pPr>
      <w:r>
        <w:rPr>
          <w:b/>
          <w:i w:val="0"/>
          <w:sz w:val="26"/>
        </w:rPr>
        <w:t>Responsibilities</w:t>
      </w:r>
    </w:p>
    <w:p>
      <w:pPr>
        <w:spacing w:after="20" w:before="0"/>
      </w:pPr>
      <w:r>
        <w:rPr>
          <w:b w:val="0"/>
          <w:i w:val="0"/>
          <w:sz w:val="22"/>
        </w:rPr>
        <w:t>- Contact every new enquiry within [30 minutes] during working hours</w:t>
      </w:r>
    </w:p>
    <w:p>
      <w:pPr>
        <w:spacing w:after="20" w:before="0"/>
      </w:pPr>
      <w:r>
        <w:rPr>
          <w:b w:val="0"/>
          <w:i w:val="0"/>
          <w:sz w:val="22"/>
        </w:rPr>
        <w:t>- Understand the requirement, the budget, who decides and by when</w:t>
      </w:r>
    </w:p>
    <w:p>
      <w:pPr>
        <w:spacing w:after="20" w:before="0"/>
      </w:pPr>
      <w:r>
        <w:rPr>
          <w:b w:val="0"/>
          <w:i w:val="0"/>
          <w:sz w:val="22"/>
        </w:rPr>
        <w:t>- Present the product, by call, video or visit, and give demos where needed</w:t>
      </w:r>
    </w:p>
    <w:p>
      <w:pPr>
        <w:spacing w:after="20" w:before="0"/>
      </w:pPr>
      <w:r>
        <w:rPr>
          <w:b w:val="0"/>
          <w:i w:val="0"/>
          <w:sz w:val="22"/>
        </w:rPr>
        <w:t>- Prepare and send quotations, and negotiate within the approved limits</w:t>
      </w:r>
    </w:p>
    <w:p>
      <w:pPr>
        <w:spacing w:after="20" w:before="0"/>
      </w:pPr>
      <w:r>
        <w:rPr>
          <w:b w:val="0"/>
          <w:i w:val="0"/>
          <w:sz w:val="22"/>
        </w:rPr>
        <w:t>- Follow up until there is a clear yes or no, with a dated next step on every open lead</w:t>
      </w:r>
    </w:p>
    <w:p>
      <w:pPr>
        <w:spacing w:after="20" w:before="0"/>
      </w:pPr>
      <w:r>
        <w:rPr>
          <w:b w:val="0"/>
          <w:i w:val="0"/>
          <w:sz w:val="22"/>
        </w:rPr>
        <w:t>- Generate own leads through references, cold calls, visits and [LinkedIn / trade directories]</w:t>
      </w:r>
    </w:p>
    <w:p>
      <w:pPr>
        <w:spacing w:after="20" w:before="0"/>
      </w:pPr>
      <w:r>
        <w:rPr>
          <w:b w:val="0"/>
          <w:i w:val="0"/>
          <w:sz w:val="22"/>
        </w:rPr>
        <w:t>- Coordinate with accounts and operations for invoicing, delivery and payment</w:t>
      </w:r>
    </w:p>
    <w:p>
      <w:pPr>
        <w:spacing w:after="20" w:before="0"/>
      </w:pPr>
      <w:r>
        <w:rPr>
          <w:b w:val="0"/>
          <w:i w:val="0"/>
          <w:sz w:val="22"/>
        </w:rPr>
        <w:t>- Log calls, meetings, quotations and outcomes in the CRM the same day</w:t>
      </w:r>
    </w:p>
    <w:p>
      <w:pPr>
        <w:spacing w:after="160" w:before="0"/>
      </w:pPr>
      <w:r>
        <w:rPr>
          <w:b w:val="0"/>
          <w:i w:val="0"/>
          <w:sz w:val="22"/>
        </w:rPr>
        <w:t>- Share the pipeline and the month forecast with the manager every week</w:t>
      </w:r>
    </w:p>
    <w:p>
      <w:pPr>
        <w:spacing w:after="160" w:before="0"/>
      </w:pPr>
      <w:r>
        <w:rPr>
          <w:b/>
          <w:i w:val="0"/>
          <w:sz w:val="26"/>
        </w:rPr>
        <w:t>Skills and qualifications</w:t>
      </w:r>
    </w:p>
    <w:p>
      <w:pPr>
        <w:spacing w:after="20" w:before="0"/>
      </w:pPr>
      <w:r>
        <w:rPr>
          <w:b w:val="0"/>
          <w:i w:val="0"/>
          <w:sz w:val="22"/>
        </w:rPr>
        <w:t>- Graduate in any stream. Freshers with strong communication may apply</w:t>
      </w:r>
    </w:p>
    <w:p>
      <w:pPr>
        <w:spacing w:after="20" w:before="0"/>
      </w:pPr>
      <w:r>
        <w:rPr>
          <w:b w:val="0"/>
          <w:i w:val="0"/>
          <w:sz w:val="22"/>
        </w:rPr>
        <w:t>- Clear spoken and written communication in [languages]</w:t>
      </w:r>
    </w:p>
    <w:p>
      <w:pPr>
        <w:spacing w:after="20" w:before="0"/>
      </w:pPr>
      <w:r>
        <w:rPr>
          <w:b w:val="0"/>
          <w:i w:val="0"/>
          <w:sz w:val="22"/>
        </w:rPr>
        <w:t>- Comfort with targets, rejection and repeated follow-up</w:t>
      </w:r>
    </w:p>
    <w:p>
      <w:pPr>
        <w:spacing w:after="20" w:before="0"/>
      </w:pPr>
      <w:r>
        <w:rPr>
          <w:b w:val="0"/>
          <w:i w:val="0"/>
          <w:sz w:val="22"/>
        </w:rPr>
        <w:t>- Basic spreadsheets, email and a willingness to work in a CRM</w:t>
      </w:r>
    </w:p>
    <w:p>
      <w:pPr>
        <w:spacing w:after="160" w:before="0"/>
      </w:pPr>
      <w:r>
        <w:rPr>
          <w:b w:val="0"/>
          <w:i w:val="0"/>
          <w:sz w:val="22"/>
        </w:rPr>
        <w:t>- Two-wheeler and licence [if field role]</w:t>
      </w:r>
    </w:p>
    <w:p>
      <w:pPr>
        <w:spacing w:after="160" w:before="0"/>
      </w:pPr>
      <w:r>
        <w:rPr>
          <w:b/>
          <w:i w:val="0"/>
          <w:sz w:val="26"/>
        </w:rPr>
        <w:t>Performance measures</w:t>
      </w:r>
    </w:p>
    <w:p>
      <w:pPr>
        <w:spacing w:after="20" w:before="0"/>
      </w:pPr>
      <w:r>
        <w:rPr>
          <w:b w:val="0"/>
          <w:i w:val="0"/>
          <w:sz w:val="22"/>
        </w:rPr>
        <w:t>- Orders and order value against monthly target</w:t>
      </w:r>
    </w:p>
    <w:p>
      <w:pPr>
        <w:spacing w:after="20" w:before="0"/>
      </w:pPr>
      <w:r>
        <w:rPr>
          <w:b w:val="0"/>
          <w:i w:val="0"/>
          <w:sz w:val="22"/>
        </w:rPr>
        <w:t>- Conversion from quotation to order</w:t>
      </w:r>
    </w:p>
    <w:p>
      <w:pPr>
        <w:spacing w:after="20" w:before="0"/>
      </w:pPr>
      <w:r>
        <w:rPr>
          <w:b w:val="0"/>
          <w:i w:val="0"/>
          <w:sz w:val="22"/>
        </w:rPr>
        <w:t>- Share of new leads contacted within the agreed time</w:t>
      </w:r>
    </w:p>
    <w:p>
      <w:pPr>
        <w:spacing w:after="160" w:before="0"/>
      </w:pPr>
      <w:r>
        <w:rPr>
          <w:b w:val="0"/>
          <w:i w:val="0"/>
          <w:sz w:val="22"/>
        </w:rPr>
        <w:t>- Open leads with a dated next action</w:t>
      </w:r>
    </w:p>
    <w:p>
      <w:pPr>
        <w:spacing w:after="160" w:before="0"/>
      </w:pPr>
      <w:r>
        <w:rPr>
          <w:b/>
          <w:i w:val="0"/>
          <w:sz w:val="26"/>
        </w:rPr>
        <w:t>Pay and benefits</w:t>
      </w:r>
    </w:p>
    <w:p>
      <w:pPr>
        <w:spacing w:after="160" w:before="0"/>
      </w:pPr>
      <w:r>
        <w:rPr>
          <w:b w:val="0"/>
          <w:i w:val="0"/>
          <w:sz w:val="22"/>
        </w:rPr>
        <w:t>Fixed salary of [amount] per month, plus incentive as per the incentive plan shared at offer. [Travel allowance, mobile allowance, other benefits.]</w:t>
      </w:r>
    </w:p>
    <w:p>
      <w:pPr>
        <w:spacing w:after="160" w:before="0"/>
      </w:pPr>
      <w:r>
        <w:rPr>
          <w:b/>
          <w:i w:val="0"/>
          <w:sz w:val="26"/>
        </w:rPr>
        <w:t>How to apply</w:t>
      </w:r>
    </w:p>
    <w:p>
      <w:pPr>
        <w:spacing w:after="160" w:before="0"/>
      </w:pPr>
      <w:r>
        <w:rPr>
          <w:b w:val="0"/>
          <w:i w:val="0"/>
          <w:sz w:val="22"/>
        </w:rPr>
        <w:t>Send your CV to [email] or WhatsApp [number] with the subject Sales Executive - [City].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job description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