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p>
      <w:pPr>
        <w:spacing w:after="160" w:before="0"/>
      </w:pPr>
      <w:r>
        <w:rPr>
          <w:b/>
          <w:i w:val="0"/>
          <w:sz w:val="26"/>
        </w:rPr>
        <w:t>Sales Manager - job description</w:t>
      </w:r>
    </w:p>
    <w:p>
      <w:pPr>
        <w:spacing w:after="160" w:before="0"/>
      </w:pPr>
      <w:r>
        <w:rPr>
          <w:b w:val="0"/>
          <w:i w:val="0"/>
          <w:sz w:val="22"/>
        </w:rPr>
        <w:t>Job title: Sales Manager</w:t>
      </w:r>
    </w:p>
    <w:p>
      <w:pPr>
        <w:spacing w:after="160" w:before="0"/>
      </w:pPr>
      <w:r>
        <w:rPr>
          <w:b w:val="0"/>
          <w:i w:val="0"/>
          <w:sz w:val="22"/>
        </w:rPr>
        <w:t>Reports to: [Director / Founder / Head of Sales]</w:t>
      </w:r>
    </w:p>
    <w:p>
      <w:pPr>
        <w:spacing w:after="160" w:before="0"/>
      </w:pPr>
      <w:r>
        <w:rPr>
          <w:b w:val="0"/>
          <w:i w:val="0"/>
          <w:sz w:val="22"/>
        </w:rPr>
        <w:t>Team: [Number] sales executives and [number] telecallers</w:t>
      </w:r>
    </w:p>
    <w:p>
      <w:pPr>
        <w:spacing w:after="160" w:before="0"/>
      </w:pPr>
      <w:r>
        <w:rPr>
          <w:b w:val="0"/>
          <w:i w:val="0"/>
          <w:sz w:val="22"/>
        </w:rPr>
        <w:t>Location: [City, and travel expected]</w:t>
      </w:r>
    </w:p>
    <w:p>
      <w:pPr>
        <w:spacing w:after="160" w:before="0"/>
      </w:pPr>
      <w:r>
        <w:rPr>
          <w:b w:val="0"/>
          <w:i w:val="0"/>
          <w:sz w:val="22"/>
        </w:rPr>
        <w:t>Experience: [5 to 10 years, with at least 2 years managing a team]</w:t>
      </w:r>
    </w:p>
    <w:p>
      <w:pPr>
        <w:spacing w:after="160" w:before="0"/>
      </w:pPr>
      <w:r>
        <w:rPr>
          <w:b/>
          <w:i w:val="0"/>
          <w:sz w:val="26"/>
        </w:rPr>
        <w:t>Role summary</w:t>
      </w:r>
    </w:p>
    <w:p>
      <w:pPr>
        <w:spacing w:after="160" w:before="0"/>
      </w:pPr>
      <w:r>
        <w:rPr>
          <w:b w:val="0"/>
          <w:i w:val="0"/>
          <w:sz w:val="22"/>
        </w:rPr>
        <w:t>[Company] sells [product or service] to [type of customer]. The sales manager is responsible for the team target: planning where revenue will come from, running the sales process, coaching the team, forecasting accurately and handling key customers and negotiations personally.</w:t>
      </w:r>
    </w:p>
    <w:p>
      <w:pPr>
        <w:spacing w:after="160" w:before="0"/>
      </w:pPr>
      <w:r>
        <w:rPr>
          <w:b/>
          <w:i w:val="0"/>
          <w:sz w:val="26"/>
        </w:rPr>
        <w:t>Responsibilities</w:t>
      </w:r>
    </w:p>
    <w:p>
      <w:pPr>
        <w:spacing w:after="20" w:before="0"/>
      </w:pPr>
      <w:r>
        <w:rPr>
          <w:b w:val="0"/>
          <w:i w:val="0"/>
          <w:sz w:val="22"/>
        </w:rPr>
        <w:t>- Own the monthly and quarterly revenue target for the team</w:t>
      </w:r>
    </w:p>
    <w:p>
      <w:pPr>
        <w:spacing w:after="20" w:before="0"/>
      </w:pPr>
      <w:r>
        <w:rPr>
          <w:b w:val="0"/>
          <w:i w:val="0"/>
          <w:sz w:val="22"/>
        </w:rPr>
        <w:t>- Set individual targets, territories and lead allocation rules</w:t>
      </w:r>
    </w:p>
    <w:p>
      <w:pPr>
        <w:spacing w:after="20" w:before="0"/>
      </w:pPr>
      <w:r>
        <w:rPr>
          <w:b w:val="0"/>
          <w:i w:val="0"/>
          <w:sz w:val="22"/>
        </w:rPr>
        <w:t>- Review the pipeline with each salesperson every week, deal by deal</w:t>
      </w:r>
    </w:p>
    <w:p>
      <w:pPr>
        <w:spacing w:after="20" w:before="0"/>
      </w:pPr>
      <w:r>
        <w:rPr>
          <w:b w:val="0"/>
          <w:i w:val="0"/>
          <w:sz w:val="22"/>
        </w:rPr>
        <w:t>- Forecast the month in week one and update it weekly</w:t>
      </w:r>
    </w:p>
    <w:p>
      <w:pPr>
        <w:spacing w:after="20" w:before="0"/>
      </w:pPr>
      <w:r>
        <w:rPr>
          <w:b w:val="0"/>
          <w:i w:val="0"/>
          <w:sz w:val="22"/>
        </w:rPr>
        <w:t>- Coach the team: listen to calls, join meetings, review quotations</w:t>
      </w:r>
    </w:p>
    <w:p>
      <w:pPr>
        <w:spacing w:after="20" w:before="0"/>
      </w:pPr>
      <w:r>
        <w:rPr>
          <w:b w:val="0"/>
          <w:i w:val="0"/>
          <w:sz w:val="22"/>
        </w:rPr>
        <w:t>- Handle key accounts, escalations and price negotiation within approved limits</w:t>
      </w:r>
    </w:p>
    <w:p>
      <w:pPr>
        <w:spacing w:after="20" w:before="0"/>
      </w:pPr>
      <w:r>
        <w:rPr>
          <w:b w:val="0"/>
          <w:i w:val="0"/>
          <w:sz w:val="22"/>
        </w:rPr>
        <w:t>- Hire, onboard and, where needed, manage out</w:t>
      </w:r>
    </w:p>
    <w:p>
      <w:pPr>
        <w:spacing w:after="20" w:before="0"/>
      </w:pPr>
      <w:r>
        <w:rPr>
          <w:b w:val="0"/>
          <w:i w:val="0"/>
          <w:sz w:val="22"/>
        </w:rPr>
        <w:t>- Work with marketing on lead quality and with operations and accounts on delivery and collections</w:t>
      </w:r>
    </w:p>
    <w:p>
      <w:pPr>
        <w:spacing w:after="160" w:before="0"/>
      </w:pPr>
      <w:r>
        <w:rPr>
          <w:b w:val="0"/>
          <w:i w:val="0"/>
          <w:sz w:val="22"/>
        </w:rPr>
        <w:t>- Keep the CRM accurate, and report pipeline, forecast, wins and losses to management</w:t>
      </w:r>
    </w:p>
    <w:p>
      <w:pPr>
        <w:spacing w:after="160" w:before="0"/>
      </w:pPr>
      <w:r>
        <w:rPr>
          <w:b/>
          <w:i w:val="0"/>
          <w:sz w:val="26"/>
        </w:rPr>
        <w:t>Skills and qualifications</w:t>
      </w:r>
    </w:p>
    <w:p>
      <w:pPr>
        <w:spacing w:after="20" w:before="0"/>
      </w:pPr>
      <w:r>
        <w:rPr>
          <w:b w:val="0"/>
          <w:i w:val="0"/>
          <w:sz w:val="22"/>
        </w:rPr>
        <w:t>- Graduate; MBA preferred</w:t>
      </w:r>
    </w:p>
    <w:p>
      <w:pPr>
        <w:spacing w:after="20" w:before="0"/>
      </w:pPr>
      <w:r>
        <w:rPr>
          <w:b w:val="0"/>
          <w:i w:val="0"/>
          <w:sz w:val="22"/>
        </w:rPr>
        <w:t>- A record of meeting targets personally and through a team</w:t>
      </w:r>
    </w:p>
    <w:p>
      <w:pPr>
        <w:spacing w:after="20" w:before="0"/>
      </w:pPr>
      <w:r>
        <w:rPr>
          <w:b w:val="0"/>
          <w:i w:val="0"/>
          <w:sz w:val="22"/>
        </w:rPr>
        <w:t>- Forecasting and comfort with numbers</w:t>
      </w:r>
    </w:p>
    <w:p>
      <w:pPr>
        <w:spacing w:after="20" w:before="0"/>
      </w:pPr>
      <w:r>
        <w:rPr>
          <w:b w:val="0"/>
          <w:i w:val="0"/>
          <w:sz w:val="22"/>
        </w:rPr>
        <w:t>- Coaching and giving direct feedback</w:t>
      </w:r>
    </w:p>
    <w:p>
      <w:pPr>
        <w:spacing w:after="20" w:before="0"/>
      </w:pPr>
      <w:r>
        <w:rPr>
          <w:b w:val="0"/>
          <w:i w:val="0"/>
          <w:sz w:val="22"/>
        </w:rPr>
        <w:t>- Strong command of a CRM and spreadsheets</w:t>
      </w:r>
    </w:p>
    <w:p>
      <w:pPr>
        <w:spacing w:after="160" w:before="0"/>
      </w:pPr>
      <w:r>
        <w:rPr>
          <w:b w:val="0"/>
          <w:i w:val="0"/>
          <w:sz w:val="22"/>
        </w:rPr>
        <w:t>- Knowledge of [industry] preferred</w:t>
      </w:r>
    </w:p>
    <w:p>
      <w:pPr>
        <w:spacing w:after="160" w:before="0"/>
      </w:pPr>
      <w:r>
        <w:rPr>
          <w:b/>
          <w:i w:val="0"/>
          <w:sz w:val="26"/>
        </w:rPr>
        <w:t>Performance measures</w:t>
      </w:r>
    </w:p>
    <w:p>
      <w:pPr>
        <w:spacing w:after="20" w:before="0"/>
      </w:pPr>
      <w:r>
        <w:rPr>
          <w:b w:val="0"/>
          <w:i w:val="0"/>
          <w:sz w:val="22"/>
        </w:rPr>
        <w:t>- Team revenue against target</w:t>
      </w:r>
    </w:p>
    <w:p>
      <w:pPr>
        <w:spacing w:after="20" w:before="0"/>
      </w:pPr>
      <w:r>
        <w:rPr>
          <w:b w:val="0"/>
          <w:i w:val="0"/>
          <w:sz w:val="22"/>
        </w:rPr>
        <w:t>- Forecast accuracy</w:t>
      </w:r>
    </w:p>
    <w:p>
      <w:pPr>
        <w:spacing w:after="20" w:before="0"/>
      </w:pPr>
      <w:r>
        <w:rPr>
          <w:b w:val="0"/>
          <w:i w:val="0"/>
          <w:sz w:val="22"/>
        </w:rPr>
        <w:t>- Conversion by stage, and average time to close</w:t>
      </w:r>
    </w:p>
    <w:p>
      <w:pPr>
        <w:spacing w:after="160" w:before="0"/>
      </w:pPr>
      <w:r>
        <w:rPr>
          <w:b w:val="0"/>
          <w:i w:val="0"/>
          <w:sz w:val="22"/>
        </w:rPr>
        <w:t>- Time for a new hire to reach target, and team attrition</w:t>
      </w:r>
    </w:p>
    <w:p>
      <w:pPr>
        <w:spacing w:after="160" w:before="0"/>
      </w:pPr>
      <w:r>
        <w:rPr>
          <w:b/>
          <w:i w:val="0"/>
          <w:sz w:val="26"/>
        </w:rPr>
        <w:t>Pay and benefits</w:t>
      </w:r>
    </w:p>
    <w:p>
      <w:pPr>
        <w:spacing w:after="160" w:before="0"/>
      </w:pPr>
      <w:r>
        <w:rPr>
          <w:b w:val="0"/>
          <w:i w:val="0"/>
          <w:sz w:val="22"/>
        </w:rPr>
        <w:t>Fixed salary of [amount] per [month / year], plus incentive linked to team target as per the plan shared at offer. [Other benefits.]</w:t>
      </w:r>
    </w:p>
    <w:p>
      <w:pPr>
        <w:spacing w:after="160" w:before="0"/>
      </w:pPr>
      <w:r>
        <w:rPr>
          <w:b/>
          <w:i w:val="0"/>
          <w:sz w:val="26"/>
        </w:rPr>
        <w:t>How to apply</w:t>
      </w:r>
    </w:p>
    <w:p>
      <w:pPr>
        <w:spacing w:after="160" w:before="0"/>
      </w:pPr>
      <w:r>
        <w:rPr>
          <w:b w:val="0"/>
          <w:i w:val="0"/>
          <w:sz w:val="22"/>
        </w:rPr>
        <w:t>Send your CV to [email] with the subject Sales Manager - [City].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Manager job description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