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20" w:before="0"/>
      </w:pPr>
      <w:r>
        <w:rPr>
          <w:b w:val="0"/>
          <w:i/>
          <w:color w:val="777777"/>
          <w:sz w:val="16"/>
        </w:rPr>
        <w:t>Free template from hellogrowthcrm.com. Replace everything in [square brackets]. Delete this line before sending.</w:t>
      </w:r>
    </w:p>
    <w:p>
      <w:pPr>
        <w:spacing w:after="160" w:before="0"/>
      </w:pPr>
      <w:r>
        <w:rPr>
          <w:b/>
          <w:i w:val="0"/>
          <w:sz w:val="26"/>
        </w:rPr>
        <w:t>Job title: Telecaller, [inbound / outbound / both]</w:t>
      </w:r>
    </w:p>
    <w:p>
      <w:pPr>
        <w:spacing w:after="20" w:before="0"/>
      </w:pPr>
      <w:r>
        <w:rPr>
          <w:b w:val="0"/>
          <w:i w:val="0"/>
          <w:sz w:val="22"/>
        </w:rPr>
        <w:t>Location: [city, or work from home]</w:t>
      </w:r>
    </w:p>
    <w:p>
      <w:pPr>
        <w:spacing w:after="20" w:before="0"/>
      </w:pPr>
      <w:r>
        <w:rPr>
          <w:b w:val="0"/>
          <w:i w:val="0"/>
          <w:sz w:val="22"/>
        </w:rPr>
        <w:t>Reports to: [team leader or sales manager]</w:t>
      </w:r>
    </w:p>
    <w:p>
      <w:pPr>
        <w:spacing w:after="20" w:before="0"/>
      </w:pPr>
      <w:r>
        <w:rPr>
          <w:b w:val="0"/>
          <w:i w:val="0"/>
          <w:sz w:val="22"/>
        </w:rPr>
        <w:t>Shift: [timings and weekly off]</w:t>
      </w:r>
    </w:p>
    <w:p>
      <w:pPr>
        <w:spacing w:after="160" w:before="0"/>
      </w:pPr>
      <w:r>
        <w:rPr>
          <w:b w:val="0"/>
          <w:i w:val="0"/>
          <w:sz w:val="22"/>
        </w:rPr>
        <w:t>Languages: [for example Hindi, English and Gujarati]</w:t>
      </w:r>
    </w:p>
    <w:p>
      <w:pPr>
        <w:spacing w:after="160" w:before="0"/>
      </w:pPr>
      <w:r>
        <w:rPr>
          <w:b/>
          <w:i w:val="0"/>
          <w:sz w:val="26"/>
        </w:rPr>
        <w:t>About the role</w:t>
      </w:r>
    </w:p>
    <w:p>
      <w:pPr>
        <w:spacing w:after="160" w:before="0"/>
      </w:pPr>
      <w:r>
        <w:rPr>
          <w:b w:val="0"/>
          <w:i w:val="0"/>
          <w:sz w:val="22"/>
        </w:rPr>
        <w:t>[Company] helps [type of customer] with [product or service]. As a telecaller you will speak to people who have enquired with us, understand what they need, explain how we can help, and agree the next step, which is usually [a site visit, a demo, an appointment, an order or a payment]. You will handle about [number] leads a day, all provided by us. There is no cold list to build.</w:t>
      </w:r>
    </w:p>
    <w:p>
      <w:pPr>
        <w:spacing w:after="160" w:before="0"/>
      </w:pPr>
      <w:r>
        <w:rPr>
          <w:b/>
          <w:i w:val="0"/>
          <w:sz w:val="26"/>
        </w:rPr>
        <w:t>Responsibilities</w:t>
      </w:r>
    </w:p>
    <w:p>
      <w:pPr>
        <w:spacing w:after="20" w:before="0"/>
      </w:pPr>
      <w:r>
        <w:rPr>
          <w:b w:val="0"/>
          <w:i w:val="0"/>
          <w:sz w:val="22"/>
        </w:rPr>
        <w:t>1. Call new enquiries within [number] minutes of receiving them during working hours.</w:t>
      </w:r>
    </w:p>
    <w:p>
      <w:pPr>
        <w:spacing w:after="20" w:before="0"/>
      </w:pPr>
      <w:r>
        <w:rPr>
          <w:b w:val="0"/>
          <w:i w:val="0"/>
          <w:sz w:val="22"/>
        </w:rPr>
        <w:t>2. Ask the qualifying questions and record the answers in the CRM.</w:t>
      </w:r>
    </w:p>
    <w:p>
      <w:pPr>
        <w:spacing w:after="20" w:before="0"/>
      </w:pPr>
      <w:r>
        <w:rPr>
          <w:b w:val="0"/>
          <w:i w:val="0"/>
          <w:sz w:val="22"/>
        </w:rPr>
        <w:t>3. Explain [products or services] accurately, using the approved script as a guide.</w:t>
      </w:r>
    </w:p>
    <w:p>
      <w:pPr>
        <w:spacing w:after="20" w:before="0"/>
      </w:pPr>
      <w:r>
        <w:rPr>
          <w:b w:val="0"/>
          <w:i w:val="0"/>
          <w:sz w:val="22"/>
        </w:rPr>
        <w:t>4. Handle objections politely and escalate questions you cannot answer.</w:t>
      </w:r>
    </w:p>
    <w:p>
      <w:pPr>
        <w:spacing w:after="20" w:before="0"/>
      </w:pPr>
      <w:r>
        <w:rPr>
          <w:b w:val="0"/>
          <w:i w:val="0"/>
          <w:sz w:val="22"/>
        </w:rPr>
        <w:t>5. Agree a clear next step on every call and book it in the system.</w:t>
      </w:r>
    </w:p>
    <w:p>
      <w:pPr>
        <w:spacing w:after="20" w:before="0"/>
      </w:pPr>
      <w:r>
        <w:rPr>
          <w:b w:val="0"/>
          <w:i w:val="0"/>
          <w:sz w:val="22"/>
        </w:rPr>
        <w:t>6. Log the outcome of every call immediately, from the fixed list of outcomes.</w:t>
      </w:r>
    </w:p>
    <w:p>
      <w:pPr>
        <w:spacing w:after="20" w:before="0"/>
      </w:pPr>
      <w:r>
        <w:rPr>
          <w:b w:val="0"/>
          <w:i w:val="0"/>
          <w:sz w:val="22"/>
        </w:rPr>
        <w:t>7. Send promised information on WhatsApp or email the same day.</w:t>
      </w:r>
    </w:p>
    <w:p>
      <w:pPr>
        <w:spacing w:after="20" w:before="0"/>
      </w:pPr>
      <w:r>
        <w:rPr>
          <w:b w:val="0"/>
          <w:i w:val="0"/>
          <w:sz w:val="22"/>
        </w:rPr>
        <w:t>8. Make every callback at the agreed time.</w:t>
      </w:r>
    </w:p>
    <w:p>
      <w:pPr>
        <w:spacing w:after="20" w:before="0"/>
      </w:pPr>
      <w:r>
        <w:rPr>
          <w:b w:val="0"/>
          <w:i w:val="0"/>
          <w:sz w:val="22"/>
        </w:rPr>
        <w:t>9. Follow the company rules on consent, do-not-disturb requests and call recording.</w:t>
      </w:r>
    </w:p>
    <w:p>
      <w:pPr>
        <w:spacing w:after="160" w:before="0"/>
      </w:pPr>
      <w:r>
        <w:rPr>
          <w:b w:val="0"/>
          <w:i w:val="0"/>
          <w:sz w:val="22"/>
        </w:rPr>
        <w:t>10. Report daily numbers and customer feedback to the team leader.</w:t>
      </w:r>
    </w:p>
    <w:p>
      <w:pPr>
        <w:spacing w:after="160" w:before="0"/>
      </w:pPr>
      <w:r>
        <w:rPr>
          <w:b/>
          <w:i w:val="0"/>
          <w:sz w:val="26"/>
        </w:rPr>
        <w:t>Skills and qualifications</w:t>
      </w:r>
    </w:p>
    <w:p>
      <w:pPr>
        <w:spacing w:after="20" w:before="0"/>
      </w:pPr>
      <w:r>
        <w:rPr>
          <w:b w:val="0"/>
          <w:i w:val="0"/>
          <w:sz w:val="22"/>
        </w:rPr>
        <w:t>1. Clear, friendly speech in [languages]. This matters more than any degree.</w:t>
      </w:r>
    </w:p>
    <w:p>
      <w:pPr>
        <w:spacing w:after="20" w:before="0"/>
      </w:pPr>
      <w:r>
        <w:rPr>
          <w:b w:val="0"/>
          <w:i w:val="0"/>
          <w:sz w:val="22"/>
        </w:rPr>
        <w:t>2. Higher secondary pass or graduate in any stream.</w:t>
      </w:r>
    </w:p>
    <w:p>
      <w:pPr>
        <w:spacing w:after="20" w:before="0"/>
      </w:pPr>
      <w:r>
        <w:rPr>
          <w:b w:val="0"/>
          <w:i w:val="0"/>
          <w:sz w:val="22"/>
        </w:rPr>
        <w:t>3. Basic computer skills and comfortable typing while talking.</w:t>
      </w:r>
    </w:p>
    <w:p>
      <w:pPr>
        <w:spacing w:after="20" w:before="0"/>
      </w:pPr>
      <w:r>
        <w:rPr>
          <w:b w:val="0"/>
          <w:i w:val="0"/>
          <w:sz w:val="22"/>
        </w:rPr>
        <w:t>4. Patience, a calm manner with difficult callers, and reliability with follow-ups.</w:t>
      </w:r>
    </w:p>
    <w:p>
      <w:pPr>
        <w:spacing w:after="160" w:before="0"/>
      </w:pPr>
      <w:r>
        <w:rPr>
          <w:b w:val="0"/>
          <w:i w:val="0"/>
          <w:sz w:val="22"/>
        </w:rPr>
        <w:t>5. [Number] months of telecalling or customer service experience preferred. Freshers with a good phone voice are welcome.</w:t>
      </w:r>
    </w:p>
    <w:p>
      <w:pPr>
        <w:spacing w:after="160" w:before="0"/>
      </w:pPr>
      <w:r>
        <w:rPr>
          <w:b/>
          <w:i w:val="0"/>
          <w:sz w:val="26"/>
        </w:rPr>
        <w:t>How performance is measured</w:t>
      </w:r>
    </w:p>
    <w:p>
      <w:pPr>
        <w:spacing w:after="160" w:before="0"/>
      </w:pPr>
      <w:r>
        <w:rPr>
          <w:b w:val="0"/>
          <w:i w:val="0"/>
          <w:sz w:val="22"/>
        </w:rPr>
        <w:t>Conversations per day, outcomes logged, callbacks kept on time, [appointments booked or sales closed] per week, and a call quality score from your team leader. Targets are set from the team's own averages and reviewed monthly.</w:t>
      </w:r>
    </w:p>
    <w:p>
      <w:pPr>
        <w:spacing w:after="160" w:before="0"/>
      </w:pPr>
      <w:r>
        <w:rPr>
          <w:b/>
          <w:i w:val="0"/>
          <w:sz w:val="26"/>
        </w:rPr>
        <w:t>What we offer</w:t>
      </w:r>
    </w:p>
    <w:p>
      <w:pPr>
        <w:spacing w:after="160" w:before="0"/>
      </w:pPr>
      <w:r>
        <w:rPr>
          <w:b w:val="0"/>
          <w:i w:val="0"/>
          <w:sz w:val="22"/>
        </w:rPr>
        <w:t>Fixed salary of [amount or range] plus incentives based on [measure]. Paid training in the first [number] days. [Other benefits.] A path to team leader, quality and sales roles.</w:t>
      </w:r>
    </w:p>
    <w:p>
      <w:pPr>
        <w:spacing w:after="160" w:before="0"/>
      </w:pPr>
      <w:r>
        <w:rPr>
          <w:b/>
          <w:i w:val="0"/>
          <w:sz w:val="26"/>
        </w:rPr>
        <w:t>How to apply</w:t>
      </w:r>
    </w:p>
    <w:p>
      <w:pPr>
        <w:spacing w:after="160" w:before="0"/>
      </w:pPr>
      <w:r>
        <w:rPr>
          <w:b w:val="0"/>
          <w:i w:val="0"/>
          <w:sz w:val="22"/>
        </w:rPr>
        <w:t>Send your resume to [email] or WhatsApp [number]. The first round is a ten minute phone call.</w:t>
      </w:r>
    </w:p>
    <w:p>
      <w:pPr>
        <w:spacing w:after="160" w:before="0"/>
      </w:pPr>
      <w:r>
        <w:rPr>
          <w:b/>
          <w:i w:val="0"/>
          <w:sz w:val="26"/>
        </w:rPr>
        <w:t>Short version for job portals and WhatsApp groups</w:t>
      </w:r>
    </w:p>
    <w:p>
      <w:pPr>
        <w:spacing w:after="160" w:before="0"/>
      </w:pPr>
      <w:r>
        <w:rPr>
          <w:b w:val="0"/>
          <w:i w:val="0"/>
          <w:sz w:val="22"/>
        </w:rPr>
        <w:t>Hiring: Telecaller ([inbound / outbound]) at [company], [city]. Speak to customers who have enquired about [product], explain our services and book [appointments]. Leads provided. Languages: [languages]. Shift: [timings]. Salary [amount] plus incentives, paid training. Freshers with a clear phone voice welcome. WhatsApp your resume to [number].</w:t>
      </w:r>
    </w:p>
    <w:p>
      <w:pPr>
        <w:spacing w:after="160" w:before="0"/>
      </w:pPr>
      <w:r>
        <w:rPr>
          <w:b/>
          <w:i w:val="0"/>
          <w:sz w:val="26"/>
        </w:rPr>
        <w:t>Interview questions</w:t>
      </w:r>
    </w:p>
    <w:p>
      <w:pPr>
        <w:spacing w:after="20" w:before="0"/>
      </w:pPr>
      <w:r>
        <w:rPr>
          <w:b w:val="0"/>
          <w:i w:val="0"/>
          <w:sz w:val="22"/>
        </w:rPr>
        <w:t>1. Tell me about a call that went badly. What did you do in the next five minutes?</w:t>
      </w:r>
    </w:p>
    <w:p>
      <w:pPr>
        <w:spacing w:after="20" w:before="0"/>
      </w:pPr>
      <w:r>
        <w:rPr>
          <w:b w:val="0"/>
          <w:i w:val="0"/>
          <w:sz w:val="22"/>
        </w:rPr>
        <w:t>2. A customer says send details on WhatsApp and I will call you. What do you do?</w:t>
      </w:r>
    </w:p>
    <w:p>
      <w:pPr>
        <w:spacing w:after="20" w:before="0"/>
      </w:pPr>
      <w:r>
        <w:rPr>
          <w:b w:val="0"/>
          <w:i w:val="0"/>
          <w:sz w:val="22"/>
        </w:rPr>
        <w:t>3. How do you keep track of people who asked you to call back?</w:t>
      </w:r>
    </w:p>
    <w:p>
      <w:pPr>
        <w:spacing w:after="20" w:before="0"/>
      </w:pPr>
      <w:r>
        <w:rPr>
          <w:b w:val="0"/>
          <w:i w:val="0"/>
          <w:sz w:val="22"/>
        </w:rPr>
        <w:t>4. What do you do when a customer asks something you do not know?</w:t>
      </w:r>
    </w:p>
    <w:p>
      <w:pPr>
        <w:spacing w:after="20" w:before="0"/>
      </w:pPr>
      <w:r>
        <w:rPr>
          <w:b w:val="0"/>
          <w:i w:val="0"/>
          <w:sz w:val="22"/>
        </w:rPr>
        <w:t>5. A customer is rude and abusive. How do you end the call?</w:t>
      </w:r>
    </w:p>
    <w:p>
      <w:pPr>
        <w:spacing w:after="20" w:before="0"/>
      </w:pPr>
      <w:r>
        <w:rPr>
          <w:b w:val="0"/>
          <w:i w:val="0"/>
          <w:sz w:val="22"/>
        </w:rPr>
        <w:t>6. What did your last team leader measure, and which number were you best at?</w:t>
      </w:r>
    </w:p>
    <w:p>
      <w:pPr>
        <w:spacing w:after="20" w:before="0"/>
      </w:pPr>
      <w:r>
        <w:rPr>
          <w:b w:val="0"/>
          <w:i w:val="0"/>
          <w:sz w:val="22"/>
        </w:rPr>
        <w:t>7. You have forty leads and three hours. How do you decide whom to call first?</w:t>
      </w:r>
    </w:p>
    <w:p>
      <w:pPr>
        <w:spacing w:after="20" w:before="0"/>
      </w:pPr>
      <w:r>
        <w:rPr>
          <w:b w:val="0"/>
          <w:i w:val="0"/>
          <w:sz w:val="22"/>
        </w:rPr>
        <w:t>8. Why do you want a job that involves hearing no all day?</w:t>
      </w:r>
    </w:p>
    <w:p>
      <w:pPr>
        <w:spacing w:after="160" w:before="0"/>
      </w:pPr>
      <w:r>
        <w:rPr>
          <w:b w:val="0"/>
          <w:i w:val="0"/>
          <w:sz w:val="22"/>
        </w:rPr>
        <w:t>Then run a two minute role play on the phone using your own product.</w:t>
      </w:r>
    </w:p>
    <w:sectPr w:rsidR="00FC693F" w:rsidRPr="0006063C" w:rsidSect="00034616">
      <w:pgSz w:w="11906" w:h="16838"/>
      <w:pgMar w:top="907" w:right="1020" w:bottom="907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Telecaller job description</dc:title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